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D20CA" w14:textId="77777777" w:rsidR="0095327C" w:rsidRDefault="00000000">
      <w:pPr>
        <w:jc w:val="center"/>
      </w:pPr>
      <w:r>
        <w:rPr>
          <w:b/>
        </w:rPr>
        <w:t>APPLICATION FOR RECOGNITION OR EVALUATION OF A FOREIGN EDUCATIONAL QUALIFICATION</w:t>
      </w:r>
    </w:p>
    <w:p w14:paraId="5FCFE595" w14:textId="77777777" w:rsidR="0095327C" w:rsidRDefault="00000000">
      <w:pPr>
        <w:jc w:val="center"/>
      </w:pPr>
      <w:r>
        <w:rPr>
          <w:b/>
        </w:rPr>
        <w:t>FOR COMPLETED SECONDARY EDUCATION IN A VOCATIONAL PROGRAMME / COMPLETED POST-SECONDARY EDUCATION THAT IS NOT HIGHER EDUCATION</w:t>
      </w:r>
    </w:p>
    <w:p w14:paraId="45A77D3D" w14:textId="77777777" w:rsidR="0095327C" w:rsidRDefault="0095327C"/>
    <w:p w14:paraId="457C6D85" w14:textId="77777777" w:rsidR="0095327C" w:rsidRDefault="00000000">
      <w:pPr>
        <w:pStyle w:val="ListNumber"/>
      </w:pPr>
      <w:r>
        <w:t>1. Purpose of Recognition/Evaluation*</w:t>
      </w:r>
    </w:p>
    <w:p w14:paraId="5182516B" w14:textId="77777777" w:rsidR="0095327C" w:rsidRDefault="00000000">
      <w:r>
        <w:t>☐ Access to the labour market (employment) in the Republic of Croatia</w:t>
      </w:r>
    </w:p>
    <w:p w14:paraId="0F7A685D" w14:textId="77777777" w:rsidR="0095327C" w:rsidRDefault="00000000">
      <w:r>
        <w:t>☐ Access to further education – continuation of education at the secondary school level</w:t>
      </w:r>
    </w:p>
    <w:p w14:paraId="6602803D" w14:textId="77777777" w:rsidR="0095327C" w:rsidRDefault="00000000">
      <w:r>
        <w:t>Note: If you are applying for recognition and evaluation of one qualification for both purposes (employment and continuation of education at the secondary level), you must submit two separate applications.</w:t>
      </w:r>
    </w:p>
    <w:p w14:paraId="08FE96CE" w14:textId="77777777" w:rsidR="0095327C" w:rsidRDefault="0095327C"/>
    <w:p w14:paraId="29EC0CDE" w14:textId="77777777" w:rsidR="0095327C" w:rsidRDefault="00000000">
      <w:pPr>
        <w:pStyle w:val="ListNumber"/>
      </w:pPr>
      <w:r>
        <w:t>2. Applicant Information</w:t>
      </w:r>
    </w:p>
    <w:p w14:paraId="5FB664AF" w14:textId="77777777" w:rsidR="0095327C" w:rsidRDefault="00000000">
      <w:r>
        <w:t>First Name*: ______________________________________________________________________</w:t>
      </w:r>
    </w:p>
    <w:p w14:paraId="734164B7" w14:textId="77777777" w:rsidR="0095327C" w:rsidRDefault="00000000">
      <w:r>
        <w:t>Last Name (and maiden name)*: ______________________________________________________________________</w:t>
      </w:r>
    </w:p>
    <w:p w14:paraId="2EC1A3D6" w14:textId="77777777" w:rsidR="0095327C" w:rsidRDefault="00000000">
      <w:r>
        <w:t>Date of Birth*: ______________________________________________________________________</w:t>
      </w:r>
    </w:p>
    <w:p w14:paraId="55B71D2F" w14:textId="77777777" w:rsidR="0095327C" w:rsidRDefault="00000000">
      <w:r>
        <w:t>Place and Country of Birth*: ______________________________________________________________________</w:t>
      </w:r>
    </w:p>
    <w:p w14:paraId="6CE7891C" w14:textId="77777777" w:rsidR="0095327C" w:rsidRDefault="00000000">
      <w:r>
        <w:t>Personal Identification Number (OIB): ______________________________________________________________________</w:t>
      </w:r>
    </w:p>
    <w:p w14:paraId="0983ECBD" w14:textId="77777777" w:rsidR="0095327C" w:rsidRDefault="00000000">
      <w:r>
        <w:t>Citizenship*: ______________________________________________________________________</w:t>
      </w:r>
    </w:p>
    <w:p w14:paraId="251DC1FD" w14:textId="77777777" w:rsidR="0095327C" w:rsidRDefault="00000000">
      <w:r>
        <w:t>Residential Address (street and number)*: ______________________________________________________________________</w:t>
      </w:r>
    </w:p>
    <w:p w14:paraId="01A7CAA6" w14:textId="77777777" w:rsidR="0095327C" w:rsidRDefault="00000000">
      <w:r>
        <w:t>Postal Code and City*: ______________________________________________________________________</w:t>
      </w:r>
    </w:p>
    <w:p w14:paraId="1D15FD93" w14:textId="77777777" w:rsidR="0095327C" w:rsidRDefault="00000000">
      <w:r>
        <w:t>Country*: ______________________________________________________________________</w:t>
      </w:r>
    </w:p>
    <w:p w14:paraId="6FADBDE0" w14:textId="77777777" w:rsidR="0095327C" w:rsidRDefault="00000000">
      <w:r>
        <w:t>E-mail: ______________________________________________________________________</w:t>
      </w:r>
    </w:p>
    <w:p w14:paraId="775A3F08" w14:textId="77777777" w:rsidR="0095327C" w:rsidRDefault="00000000">
      <w:r>
        <w:t>Phone: ______________________________________________________________________</w:t>
      </w:r>
    </w:p>
    <w:p w14:paraId="5C3119DB" w14:textId="77777777" w:rsidR="0095327C" w:rsidRDefault="00000000">
      <w:r>
        <w:t>Mobile: ______________________________________________________________________</w:t>
      </w:r>
    </w:p>
    <w:p w14:paraId="62B9BB73" w14:textId="77777777" w:rsidR="0095327C" w:rsidRDefault="00000000">
      <w:r>
        <w:t>Gender*: ☐ Female ☐ Male</w:t>
      </w:r>
    </w:p>
    <w:p w14:paraId="0A592344" w14:textId="77777777" w:rsidR="0095327C" w:rsidRDefault="00000000">
      <w:r>
        <w:t>Return of original documentation requested*: ☐ Yes ☐ No</w:t>
      </w:r>
    </w:p>
    <w:p w14:paraId="18AA9E2E" w14:textId="77777777" w:rsidR="0095327C" w:rsidRDefault="00000000">
      <w:r>
        <w:t>Deliver the decision/opinion and original documentation to the address of*:</w:t>
      </w:r>
    </w:p>
    <w:p w14:paraId="64830035" w14:textId="77777777" w:rsidR="0095327C" w:rsidRDefault="00000000">
      <w:r>
        <w:t>☐ Applicant (residential address)</w:t>
      </w:r>
    </w:p>
    <w:p w14:paraId="10ABE59F" w14:textId="77777777" w:rsidR="0095327C" w:rsidRDefault="00000000">
      <w:r>
        <w:lastRenderedPageBreak/>
        <w:t>☐ Other: ______________________________________________________________________</w:t>
      </w:r>
    </w:p>
    <w:p w14:paraId="2D94BB9C" w14:textId="77777777" w:rsidR="0095327C" w:rsidRDefault="0095327C"/>
    <w:p w14:paraId="3DEE2803" w14:textId="77777777" w:rsidR="0095327C" w:rsidRDefault="00000000">
      <w:pPr>
        <w:pStyle w:val="ListNumber"/>
      </w:pPr>
      <w:r>
        <w:t>3. Information about the Foreign Qualification for which Recognition/Evaluation is Requested</w:t>
      </w:r>
    </w:p>
    <w:p w14:paraId="7481DAD8" w14:textId="77777777" w:rsidR="0095327C" w:rsidRDefault="00000000">
      <w:r>
        <w:t>Name of the institution that issued the qualification (in the original language)*: ______________________________________________________________________</w:t>
      </w:r>
    </w:p>
    <w:p w14:paraId="34B595EB" w14:textId="77777777" w:rsidR="0095327C" w:rsidRDefault="00000000">
      <w:r>
        <w:t>Address: ______________________________________________________________________</w:t>
      </w:r>
    </w:p>
    <w:p w14:paraId="35451F2E" w14:textId="77777777" w:rsidR="0095327C" w:rsidRDefault="00000000">
      <w:r>
        <w:t>City*: ______________________________________________________________________</w:t>
      </w:r>
    </w:p>
    <w:p w14:paraId="37C9F423" w14:textId="77777777" w:rsidR="0095327C" w:rsidRDefault="00000000">
      <w:r>
        <w:t>Country*: ______________________________________________________________________</w:t>
      </w:r>
    </w:p>
    <w:p w14:paraId="59A7C70B" w14:textId="77777777" w:rsidR="0095327C" w:rsidRDefault="00000000">
      <w:r>
        <w:t>Website: ______________________________________________________________________</w:t>
      </w:r>
    </w:p>
    <w:p w14:paraId="148BD328" w14:textId="77777777" w:rsidR="0095327C" w:rsidRDefault="00000000">
      <w:r>
        <w:t>E-mail: ______________________________________________________________________</w:t>
      </w:r>
    </w:p>
    <w:p w14:paraId="5330570F" w14:textId="77777777" w:rsidR="0095327C" w:rsidRDefault="00000000">
      <w:r>
        <w:t>Educational Programme</w:t>
      </w:r>
    </w:p>
    <w:p w14:paraId="0088B6C4" w14:textId="77777777" w:rsidR="0095327C" w:rsidRDefault="00000000">
      <w:r>
        <w:t>Name of the educational programme (in the original language): ______________________________________________________________________</w:t>
      </w:r>
    </w:p>
    <w:p w14:paraId="17D8284A" w14:textId="77777777" w:rsidR="0095327C" w:rsidRDefault="00000000">
      <w:r>
        <w:t>Type of programme (select one):</w:t>
      </w:r>
    </w:p>
    <w:p w14:paraId="5A8E635E" w14:textId="77777777" w:rsidR="0095327C" w:rsidRDefault="00000000">
      <w:r>
        <w:t>☐ Regular education</w:t>
      </w:r>
    </w:p>
    <w:p w14:paraId="2386F33E" w14:textId="77777777" w:rsidR="0095327C" w:rsidRDefault="00000000">
      <w:r>
        <w:t>☐ Requalification</w:t>
      </w:r>
    </w:p>
    <w:p w14:paraId="0B2E447A" w14:textId="77777777" w:rsidR="0095327C" w:rsidRDefault="00000000">
      <w:r>
        <w:t>☐ Additional training</w:t>
      </w:r>
    </w:p>
    <w:p w14:paraId="0905C395" w14:textId="77777777" w:rsidR="0095327C" w:rsidRDefault="00000000">
      <w:r>
        <w:t>☐ Other: ______________________________________________________________________</w:t>
      </w:r>
    </w:p>
    <w:p w14:paraId="3D2CD4A4" w14:textId="77777777" w:rsidR="0095327C" w:rsidRDefault="00000000">
      <w:r>
        <w:t>Qualification</w:t>
      </w:r>
    </w:p>
    <w:p w14:paraId="7BE6632D" w14:textId="77777777" w:rsidR="0095327C" w:rsidRDefault="00000000">
      <w:r>
        <w:t>Title of the acquired profession/qualification*: ______________________________________________________________________</w:t>
      </w:r>
    </w:p>
    <w:p w14:paraId="5077C01D" w14:textId="77777777" w:rsidR="0095327C" w:rsidRDefault="00000000">
      <w:r>
        <w:t>Official duration of the educational programme (number of years)*: ______________________________________________________________________</w:t>
      </w:r>
    </w:p>
    <w:p w14:paraId="1D1201A9" w14:textId="77777777" w:rsidR="0095327C" w:rsidRDefault="00000000">
      <w:r>
        <w:t>Date of enrolment in the educational programme: ______________________________________________________________________</w:t>
      </w:r>
    </w:p>
    <w:p w14:paraId="56D6842A" w14:textId="77777777" w:rsidR="0095327C" w:rsidRDefault="00000000">
      <w:r>
        <w:t>Date of issuance of the public document*: ______________________________________________________________________</w:t>
      </w:r>
    </w:p>
    <w:p w14:paraId="7E991BF1" w14:textId="77777777" w:rsidR="0095327C" w:rsidRDefault="0095327C"/>
    <w:p w14:paraId="52D1E0D7" w14:textId="77777777" w:rsidR="0095327C" w:rsidRDefault="00000000">
      <w:pPr>
        <w:pStyle w:val="ListNumber"/>
      </w:pPr>
      <w:r>
        <w:t>4. Previously Completed Education</w:t>
      </w:r>
    </w:p>
    <w:p w14:paraId="58AB6E59" w14:textId="77777777" w:rsidR="0095327C" w:rsidRDefault="00000000">
      <w:r>
        <w:t>Name of the educational institution: ______________________________________________________________________</w:t>
      </w:r>
    </w:p>
    <w:p w14:paraId="43B528CB" w14:textId="77777777" w:rsidR="0095327C" w:rsidRDefault="00000000">
      <w:r>
        <w:lastRenderedPageBreak/>
        <w:t>Title of the acquired qualification: ______________________________________________________________________</w:t>
      </w:r>
    </w:p>
    <w:p w14:paraId="17EAD322" w14:textId="77777777" w:rsidR="0095327C" w:rsidRDefault="00000000">
      <w:r>
        <w:t>City: ______________________________________________________________________</w:t>
      </w:r>
    </w:p>
    <w:p w14:paraId="26B27B99" w14:textId="77777777" w:rsidR="0095327C" w:rsidRDefault="00000000">
      <w:r>
        <w:t>Country: ______________________________________________________________________</w:t>
      </w:r>
    </w:p>
    <w:p w14:paraId="283C518F" w14:textId="77777777" w:rsidR="0095327C" w:rsidRDefault="00000000">
      <w:r>
        <w:t>Year of enrolment: ______________________________________________________________________</w:t>
      </w:r>
    </w:p>
    <w:p w14:paraId="2D119E89" w14:textId="77777777" w:rsidR="0095327C" w:rsidRDefault="00000000">
      <w:r>
        <w:t>Year of completion: ______________________________________________________________________</w:t>
      </w:r>
    </w:p>
    <w:p w14:paraId="17FBC178" w14:textId="77777777" w:rsidR="0095327C" w:rsidRDefault="0095327C"/>
    <w:p w14:paraId="3039C7F3" w14:textId="77777777" w:rsidR="0095327C" w:rsidRDefault="00000000">
      <w:pPr>
        <w:pStyle w:val="ListNumber"/>
      </w:pPr>
      <w:r>
        <w:t>5. Documentation to be Attached</w:t>
      </w:r>
    </w:p>
    <w:p w14:paraId="33B88753" w14:textId="77777777" w:rsidR="0095327C" w:rsidRDefault="00000000">
      <w:r>
        <w:t>Please mark all documents attached to this application form:</w:t>
      </w:r>
    </w:p>
    <w:p w14:paraId="492C5105" w14:textId="77777777" w:rsidR="0095327C" w:rsidRDefault="00000000">
      <w:r>
        <w:t>☐ Original or certified copy of the final certificate ...</w:t>
      </w:r>
    </w:p>
    <w:p w14:paraId="442D0CCD" w14:textId="77777777" w:rsidR="0095327C" w:rsidRDefault="00000000">
      <w:r>
        <w:t>☐ Certified translation into Croatian ...</w:t>
      </w:r>
    </w:p>
    <w:p w14:paraId="0F50E21A" w14:textId="77777777" w:rsidR="0095327C" w:rsidRDefault="00000000">
      <w:r>
        <w:t>☐ Original or certified copy of the Diploma Supplement ...</w:t>
      </w:r>
    </w:p>
    <w:p w14:paraId="2CFEB9D1" w14:textId="77777777" w:rsidR="0095327C" w:rsidRDefault="00000000">
      <w:r>
        <w:t>☐ Certified translation into Croatian of the document under item 3.</w:t>
      </w:r>
    </w:p>
    <w:p w14:paraId="432B4D82" w14:textId="77777777" w:rsidR="0095327C" w:rsidRDefault="00000000">
      <w:r>
        <w:t>☐ Originals or certified copies of secondary school certificates ...</w:t>
      </w:r>
    </w:p>
    <w:p w14:paraId="6F49521C" w14:textId="77777777" w:rsidR="0095327C" w:rsidRDefault="00000000">
      <w:r>
        <w:t>☐ Certified translation into Croatian of documents under item 5.</w:t>
      </w:r>
    </w:p>
    <w:p w14:paraId="6ADFECDD" w14:textId="77777777" w:rsidR="0095327C" w:rsidRDefault="00000000">
      <w:r>
        <w:t>☐ Copy of the document on previously completed education ...</w:t>
      </w:r>
    </w:p>
    <w:p w14:paraId="2B8EBB52" w14:textId="77777777" w:rsidR="0095327C" w:rsidRDefault="00000000">
      <w:r>
        <w:t>☐ Copy of identity document ...</w:t>
      </w:r>
    </w:p>
    <w:p w14:paraId="1DB4F4F5" w14:textId="77777777" w:rsidR="0095327C" w:rsidRDefault="00000000">
      <w:r>
        <w:t>☐ Copy of citizenship document ...</w:t>
      </w:r>
    </w:p>
    <w:p w14:paraId="42262F60" w14:textId="77777777" w:rsidR="0095327C" w:rsidRDefault="00000000">
      <w:r>
        <w:t>☐ Copy of the decision of the competent authority or marriage certificate ...</w:t>
      </w:r>
    </w:p>
    <w:p w14:paraId="4DF43D95" w14:textId="77777777" w:rsidR="0095327C" w:rsidRDefault="00000000">
      <w:r>
        <w:t>☐ Curriculum vitae in Croatian ...</w:t>
      </w:r>
    </w:p>
    <w:p w14:paraId="2DEB5073" w14:textId="77777777" w:rsidR="0095327C" w:rsidRDefault="00000000">
      <w:r>
        <w:t>☐ One uncertified copy of all documents ...</w:t>
      </w:r>
    </w:p>
    <w:sectPr w:rsidR="0095327C" w:rsidSect="0085769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23212385">
    <w:abstractNumId w:val="8"/>
  </w:num>
  <w:num w:numId="2" w16cid:durableId="269246950">
    <w:abstractNumId w:val="6"/>
  </w:num>
  <w:num w:numId="3" w16cid:durableId="395670365">
    <w:abstractNumId w:val="5"/>
  </w:num>
  <w:num w:numId="4" w16cid:durableId="1700550689">
    <w:abstractNumId w:val="4"/>
  </w:num>
  <w:num w:numId="5" w16cid:durableId="1347100843">
    <w:abstractNumId w:val="7"/>
  </w:num>
  <w:num w:numId="6" w16cid:durableId="1853758359">
    <w:abstractNumId w:val="3"/>
  </w:num>
  <w:num w:numId="7" w16cid:durableId="1554855036">
    <w:abstractNumId w:val="2"/>
  </w:num>
  <w:num w:numId="8" w16cid:durableId="164131791">
    <w:abstractNumId w:val="1"/>
  </w:num>
  <w:num w:numId="9" w16cid:durableId="173610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57694"/>
    <w:rsid w:val="008A773F"/>
    <w:rsid w:val="0095327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CAE611"/>
  <w14:defaultImageDpi w14:val="300"/>
  <w15:docId w15:val="{FD713D49-1AE0-49F7-AA4D-729583932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Kristijan Vidović (kvidovic1)</cp:lastModifiedBy>
  <cp:revision>2</cp:revision>
  <dcterms:created xsi:type="dcterms:W3CDTF">2013-12-23T23:15:00Z</dcterms:created>
  <dcterms:modified xsi:type="dcterms:W3CDTF">2025-09-29T10:53:00Z</dcterms:modified>
  <cp:category/>
</cp:coreProperties>
</file>