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4B16" w14:textId="04A871E8" w:rsidR="00466C83" w:rsidRPr="007E161D" w:rsidRDefault="007612C1">
      <w:pPr>
        <w:pStyle w:val="Title"/>
      </w:pPr>
      <w:r w:rsidRPr="007612C1">
        <w:rPr>
          <w:rFonts w:ascii="Calibri" w:hAnsi="Calibri"/>
          <w:sz w:val="22"/>
        </w:rPr>
        <w:t>ZAHTJEV ZA PRIZNAVANJE ILI VREDNOVANJE INOZEMNE OBRAZOVNE KVALIFIKACIJE O ZAVRŠENOM SREDNJEM OBRAZOVANJU U STRUKOVNOM PROGRAMU/ZAVRŠENOM POSLIJESREDNJOŠKOLSKOM OBRAZOVANJU KOJE NIJE VISOKO OBRAZOVANJE</w:t>
      </w:r>
    </w:p>
    <w:p w14:paraId="5D4C6D39" w14:textId="3CEA023C" w:rsidR="00466C83" w:rsidRPr="007E161D" w:rsidRDefault="007E161D">
      <w:pPr>
        <w:pStyle w:val="Heading1"/>
      </w:pPr>
      <w:r w:rsidRPr="007E161D">
        <w:rPr>
          <w:rFonts w:ascii="Calibri" w:hAnsi="Calibri"/>
        </w:rPr>
        <w:t>1. Svrha priznavanja/vrednovanja*</w:t>
      </w:r>
    </w:p>
    <w:p w14:paraId="58070291" w14:textId="440BD935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pristup tržištu rada (zapošljavanje) u republici hrvatskoj</w:t>
      </w:r>
    </w:p>
    <w:p w14:paraId="1FFA4CDE" w14:textId="1B9306C6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pristup daljnjem obrazovanju - nastavak obrazovanja na srednjoškolskoj razini</w:t>
      </w:r>
    </w:p>
    <w:p w14:paraId="6063B278" w14:textId="6F5BE1BE" w:rsidR="00466C83" w:rsidRPr="007E161D" w:rsidRDefault="007E161D">
      <w:r w:rsidRPr="007E161D">
        <w:rPr>
          <w:rFonts w:ascii="Calibri" w:hAnsi="Calibri"/>
        </w:rPr>
        <w:t>Napomena: ako tražite priznavanje i vrednovanje jedne kvalifikacije (zapošljavanje i nastavak obrazovanja na srednjoškolskoj razini), potrebno je podnijeti dva odvojena zahtjeva.</w:t>
      </w:r>
    </w:p>
    <w:p w14:paraId="6BC28CEB" w14:textId="44B91CAE" w:rsidR="00466C83" w:rsidRPr="007E161D" w:rsidRDefault="007E161D">
      <w:pPr>
        <w:pStyle w:val="Heading1"/>
      </w:pPr>
      <w:r w:rsidRPr="007E161D">
        <w:rPr>
          <w:rFonts w:ascii="Calibri" w:hAnsi="Calibri"/>
        </w:rPr>
        <w:t>2. Podaci o podnositelju zahtjeva</w:t>
      </w:r>
    </w:p>
    <w:p w14:paraId="21A4FFB8" w14:textId="40DA0B1D" w:rsidR="00466C83" w:rsidRPr="007E161D" w:rsidRDefault="007E161D">
      <w:r w:rsidRPr="007E161D">
        <w:t>Ime*: _________________________________________________________________________________________________</w:t>
      </w:r>
    </w:p>
    <w:p w14:paraId="51F3027F" w14:textId="1665F514" w:rsidR="00466C83" w:rsidRPr="007E161D" w:rsidRDefault="007E161D">
      <w:r w:rsidRPr="007E161D">
        <w:t>Prezime (i rođeno prezime)*: _________________________________________________________________________________________________</w:t>
      </w:r>
    </w:p>
    <w:p w14:paraId="72B39501" w14:textId="6C6AE3DB" w:rsidR="00466C83" w:rsidRPr="007E161D" w:rsidRDefault="007E161D">
      <w:r w:rsidRPr="007E161D">
        <w:t>Datum rođenja*: _________________________________________________________________________________________________</w:t>
      </w:r>
    </w:p>
    <w:p w14:paraId="6E684384" w14:textId="2B6FB402" w:rsidR="00466C83" w:rsidRPr="007E161D" w:rsidRDefault="007E161D">
      <w:r w:rsidRPr="007E161D">
        <w:t>Mjesto i država rođenja*: _________________________________________________________________________________________________</w:t>
      </w:r>
    </w:p>
    <w:p w14:paraId="30F31E68" w14:textId="7114E611" w:rsidR="00466C83" w:rsidRPr="007E161D" w:rsidRDefault="007E161D">
      <w:r w:rsidRPr="007E161D">
        <w:t>O</w:t>
      </w:r>
      <w:r>
        <w:t>IB</w:t>
      </w:r>
      <w:r w:rsidRPr="007E161D">
        <w:t>: _________________________________________________________________________________________________</w:t>
      </w:r>
    </w:p>
    <w:p w14:paraId="79E25491" w14:textId="60C9B4A2" w:rsidR="00466C83" w:rsidRPr="007E161D" w:rsidRDefault="007E161D">
      <w:r w:rsidRPr="007E161D">
        <w:t>Državljanstvo*: _________________________________________________________________________________________________</w:t>
      </w:r>
    </w:p>
    <w:p w14:paraId="7AD3483E" w14:textId="311EAF86" w:rsidR="00466C83" w:rsidRPr="007E161D" w:rsidRDefault="007E161D">
      <w:r w:rsidRPr="007E161D">
        <w:t>Adresa prebivališta (ulica i broj)*: _________________________________________________________________________________________________</w:t>
      </w:r>
    </w:p>
    <w:p w14:paraId="16875F3F" w14:textId="1F0107AB" w:rsidR="00466C83" w:rsidRPr="007E161D" w:rsidRDefault="007E161D">
      <w:r w:rsidRPr="007E161D">
        <w:t>Poštanski broj i mjesto*: _________________________________________________________________________________________________</w:t>
      </w:r>
    </w:p>
    <w:p w14:paraId="625DBCF1" w14:textId="7DDF53C8" w:rsidR="00466C83" w:rsidRPr="007E161D" w:rsidRDefault="007E161D">
      <w:r w:rsidRPr="007E161D">
        <w:t>Država*: _________________________________________________________________________________________________</w:t>
      </w:r>
    </w:p>
    <w:p w14:paraId="41264736" w14:textId="7DFDC855" w:rsidR="00466C83" w:rsidRPr="007E161D" w:rsidRDefault="007E161D">
      <w:r w:rsidRPr="007E161D">
        <w:t>E-pošta: _________________________________________________________________________________________________</w:t>
      </w:r>
    </w:p>
    <w:p w14:paraId="7486BE67" w14:textId="485B919D" w:rsidR="00466C83" w:rsidRPr="007E161D" w:rsidRDefault="007E161D">
      <w:r w:rsidRPr="007E161D">
        <w:t>Tel: _________________________________________________________________________________________________</w:t>
      </w:r>
    </w:p>
    <w:p w14:paraId="704362D0" w14:textId="781B2A96" w:rsidR="00466C83" w:rsidRPr="007E161D" w:rsidRDefault="007E161D">
      <w:r w:rsidRPr="007E161D">
        <w:t>Mob: _________________________________________________________________________________________________</w:t>
      </w:r>
    </w:p>
    <w:p w14:paraId="6432A6E4" w14:textId="698BAC4B" w:rsidR="00466C83" w:rsidRPr="007E161D" w:rsidRDefault="007E161D">
      <w:r w:rsidRPr="007E161D">
        <w:rPr>
          <w:rFonts w:ascii="Calibri" w:hAnsi="Calibri"/>
        </w:rPr>
        <w:t>Spol*: ☐ žensko  ☐ muško</w:t>
      </w:r>
    </w:p>
    <w:p w14:paraId="0639773C" w14:textId="58AF4FD7" w:rsidR="00466C83" w:rsidRPr="007E161D" w:rsidRDefault="007E161D">
      <w:r w:rsidRPr="007E161D">
        <w:rPr>
          <w:rFonts w:ascii="Calibri" w:hAnsi="Calibri"/>
        </w:rPr>
        <w:t>Želim povrat originalne dokumentacije*: ☐ da  ☐ ne</w:t>
      </w:r>
    </w:p>
    <w:p w14:paraId="659FFCAE" w14:textId="2F0ABBAD" w:rsidR="00466C83" w:rsidRPr="007E161D" w:rsidRDefault="007E161D">
      <w:r w:rsidRPr="007E161D">
        <w:rPr>
          <w:rFonts w:ascii="Calibri" w:hAnsi="Calibri"/>
        </w:rPr>
        <w:t>Rješenje/mišljenje i originalnu dokumentaciju dostaviti na adresu*:</w:t>
      </w:r>
    </w:p>
    <w:p w14:paraId="45AD8EC7" w14:textId="19455C50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podnositelja zahtjeva (adresa prebivališta)</w:t>
      </w:r>
    </w:p>
    <w:p w14:paraId="2E4B53E4" w14:textId="3A105890" w:rsidR="00466C83" w:rsidRPr="007E161D" w:rsidRDefault="00000000">
      <w:r w:rsidRPr="007E161D">
        <w:t>☐</w:t>
      </w:r>
      <w:r w:rsidR="007E161D" w:rsidRPr="007E161D">
        <w:t xml:space="preserve"> neku drugu: _____________________________________________________________________________________________________________________________</w:t>
      </w:r>
    </w:p>
    <w:p w14:paraId="1ADE2560" w14:textId="76D1CEF5" w:rsidR="00466C83" w:rsidRPr="007E161D" w:rsidRDefault="007E161D">
      <w:pPr>
        <w:pStyle w:val="Heading1"/>
      </w:pPr>
      <w:r w:rsidRPr="007E161D">
        <w:rPr>
          <w:rFonts w:ascii="Calibri" w:hAnsi="Calibri"/>
        </w:rPr>
        <w:lastRenderedPageBreak/>
        <w:t>3. Podaci o inozemnoj kvalifikaciji za koju se traži priznavanje/vrednovanje</w:t>
      </w:r>
    </w:p>
    <w:p w14:paraId="574C9BA8" w14:textId="3C5EBBC3" w:rsidR="00466C83" w:rsidRPr="007E161D" w:rsidRDefault="007E161D">
      <w:r w:rsidRPr="007E161D">
        <w:t>Naziv institucije koja je izdala kvalifikaciju (na izvornom jeziku)*: ______________________________________________________________________________________________</w:t>
      </w:r>
    </w:p>
    <w:p w14:paraId="30FC5652" w14:textId="11A577BE" w:rsidR="00466C83" w:rsidRPr="007E161D" w:rsidRDefault="007E161D">
      <w:r w:rsidRPr="007E161D">
        <w:t>Adresa: ______________________________________________________________________________________________</w:t>
      </w:r>
    </w:p>
    <w:p w14:paraId="5B885CE8" w14:textId="633441BB" w:rsidR="00466C83" w:rsidRPr="007E161D" w:rsidRDefault="007E161D">
      <w:r w:rsidRPr="007E161D">
        <w:t>Grad*: ______________________________________________________________________________________________</w:t>
      </w:r>
    </w:p>
    <w:p w14:paraId="1961174F" w14:textId="01F91FE8" w:rsidR="00466C83" w:rsidRPr="007E161D" w:rsidRDefault="007E161D">
      <w:r w:rsidRPr="007E161D">
        <w:t>Država*: ______________________________________________________________________________________________</w:t>
      </w:r>
    </w:p>
    <w:p w14:paraId="3CC8022C" w14:textId="2029DAAE" w:rsidR="00466C83" w:rsidRPr="007E161D" w:rsidRDefault="007E161D">
      <w:r w:rsidRPr="007E161D">
        <w:t>Mrežna stranica: ______________________________________________________________________________________________</w:t>
      </w:r>
    </w:p>
    <w:p w14:paraId="60082EF8" w14:textId="086EF298" w:rsidR="00466C83" w:rsidRPr="007E161D" w:rsidRDefault="007E161D">
      <w:r w:rsidRPr="007E161D">
        <w:t>E-pošta: ______________________________________________________________________________________________</w:t>
      </w:r>
    </w:p>
    <w:p w14:paraId="34FEC9E5" w14:textId="502966A2" w:rsidR="00466C83" w:rsidRPr="007E161D" w:rsidRDefault="007E161D">
      <w:pPr>
        <w:pStyle w:val="Heading2"/>
      </w:pPr>
      <w:r w:rsidRPr="007E161D">
        <w:rPr>
          <w:rFonts w:ascii="Calibri" w:hAnsi="Calibri"/>
          <w:b w:val="0"/>
          <w:sz w:val="22"/>
        </w:rPr>
        <w:t>Obrazovni program</w:t>
      </w:r>
    </w:p>
    <w:p w14:paraId="2D941BF3" w14:textId="1354738C" w:rsidR="00466C83" w:rsidRPr="007E161D" w:rsidRDefault="007E161D">
      <w:r w:rsidRPr="007E161D">
        <w:t>Naziv obrazovnog programa (na izvornom jeziku): ______________________________________________________________________________________________</w:t>
      </w:r>
    </w:p>
    <w:p w14:paraId="2601173D" w14:textId="492B783E" w:rsidR="00466C83" w:rsidRPr="007E161D" w:rsidRDefault="007E161D">
      <w:r w:rsidRPr="007E161D">
        <w:rPr>
          <w:rFonts w:ascii="Calibri" w:hAnsi="Calibri"/>
        </w:rPr>
        <w:t>Oblik provođenja obrazovnog programa (označiti):</w:t>
      </w:r>
    </w:p>
    <w:p w14:paraId="12E55076" w14:textId="4DC412A1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redovna nastava</w:t>
      </w:r>
    </w:p>
    <w:p w14:paraId="024C756B" w14:textId="3484094F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prekvalifikacija</w:t>
      </w:r>
    </w:p>
    <w:p w14:paraId="4A414657" w14:textId="068A2ED9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doškolovanje</w:t>
      </w:r>
    </w:p>
    <w:p w14:paraId="4534417D" w14:textId="2A9D4F1D" w:rsidR="00466C83" w:rsidRPr="007E161D" w:rsidRDefault="00000000">
      <w:r w:rsidRPr="007E161D">
        <w:t>☐</w:t>
      </w:r>
      <w:r w:rsidR="007E161D" w:rsidRPr="007E161D">
        <w:t xml:space="preserve"> ostalo: ______________________________________________________________________________________________</w:t>
      </w:r>
    </w:p>
    <w:p w14:paraId="00C126A4" w14:textId="03A89313" w:rsidR="00466C83" w:rsidRPr="007E161D" w:rsidRDefault="007E161D">
      <w:pPr>
        <w:pStyle w:val="Heading2"/>
      </w:pPr>
      <w:r w:rsidRPr="007E161D">
        <w:rPr>
          <w:rFonts w:ascii="Calibri" w:hAnsi="Calibri"/>
          <w:b w:val="0"/>
          <w:sz w:val="22"/>
        </w:rPr>
        <w:t>Kvalifikacija</w:t>
      </w:r>
    </w:p>
    <w:p w14:paraId="0CF406F9" w14:textId="3E4C2ED8" w:rsidR="00466C83" w:rsidRPr="007E161D" w:rsidRDefault="007E161D">
      <w:r w:rsidRPr="007E161D">
        <w:t>Naziv stečenog zanimanja/kvalifikacije*: ______________________________________________________________________________________________</w:t>
      </w:r>
    </w:p>
    <w:p w14:paraId="08BC2413" w14:textId="29152FF6" w:rsidR="00466C83" w:rsidRPr="007E161D" w:rsidRDefault="007E161D">
      <w:r w:rsidRPr="007E161D">
        <w:t>Službeno trajanje obrazovnog programa (broj godina)*: ______________________________________________________________________________________________</w:t>
      </w:r>
    </w:p>
    <w:p w14:paraId="34C0B2ED" w14:textId="5152FF91" w:rsidR="00466C83" w:rsidRPr="007E161D" w:rsidRDefault="007E161D">
      <w:r w:rsidRPr="007E161D">
        <w:t>Datum upisa u obrazovni program: ______________________________________________________________________________________________</w:t>
      </w:r>
    </w:p>
    <w:p w14:paraId="5F9CEAE6" w14:textId="7AC20CDD" w:rsidR="00466C83" w:rsidRPr="007E161D" w:rsidRDefault="007E161D">
      <w:r w:rsidRPr="007E161D">
        <w:t>Datum izdavanja javne isprave*: ______________________________________________________________________________________________</w:t>
      </w:r>
    </w:p>
    <w:p w14:paraId="21EC75FA" w14:textId="69F0FD29" w:rsidR="00466C83" w:rsidRPr="007E161D" w:rsidRDefault="007E161D">
      <w:pPr>
        <w:pStyle w:val="Heading1"/>
      </w:pPr>
      <w:r w:rsidRPr="007E161D">
        <w:rPr>
          <w:rFonts w:ascii="Calibri" w:hAnsi="Calibri"/>
        </w:rPr>
        <w:t>4. Prethodno stečeno obrazovanje</w:t>
      </w:r>
    </w:p>
    <w:p w14:paraId="0776AFB8" w14:textId="1F4A0E5B" w:rsidR="00466C83" w:rsidRPr="007E161D" w:rsidRDefault="007E161D">
      <w:r w:rsidRPr="007E161D">
        <w:t>Naziv obrazovne ustanove: ______________________________________________________________________________________________</w:t>
      </w:r>
    </w:p>
    <w:p w14:paraId="6F3FECA6" w14:textId="1024A514" w:rsidR="00466C83" w:rsidRPr="007E161D" w:rsidRDefault="007E161D">
      <w:r w:rsidRPr="007E161D">
        <w:t>Naziv stečene kvalifikacije: ______________________________________________________________________________________________</w:t>
      </w:r>
    </w:p>
    <w:p w14:paraId="02668F19" w14:textId="18CB8E1D" w:rsidR="00466C83" w:rsidRPr="007E161D" w:rsidRDefault="007E161D">
      <w:r w:rsidRPr="007E161D">
        <w:t>Grad: ______________________________________________________________________________________________</w:t>
      </w:r>
    </w:p>
    <w:p w14:paraId="338C700C" w14:textId="2B69CAD9" w:rsidR="00466C83" w:rsidRPr="007E161D" w:rsidRDefault="007E161D">
      <w:r w:rsidRPr="007E161D">
        <w:t>Država: ______________________________________________________________________________________________</w:t>
      </w:r>
    </w:p>
    <w:p w14:paraId="2DB35E85" w14:textId="1996FCE3" w:rsidR="00466C83" w:rsidRPr="007E161D" w:rsidRDefault="007E161D">
      <w:r w:rsidRPr="007E161D">
        <w:lastRenderedPageBreak/>
        <w:t>Godina upisa: ______________________________________________________________________________________________</w:t>
      </w:r>
    </w:p>
    <w:p w14:paraId="553DDCD9" w14:textId="00C56561" w:rsidR="00466C83" w:rsidRPr="007E161D" w:rsidRDefault="007E161D">
      <w:r w:rsidRPr="007E161D">
        <w:t>Godina završetka: ______________________________________________________________________________________________</w:t>
      </w:r>
    </w:p>
    <w:p w14:paraId="414E4414" w14:textId="2ECD6AD0" w:rsidR="00466C83" w:rsidRDefault="007E161D">
      <w:pPr>
        <w:pStyle w:val="Heading1"/>
        <w:rPr>
          <w:rFonts w:ascii="Calibri" w:hAnsi="Calibri"/>
        </w:rPr>
      </w:pPr>
      <w:r w:rsidRPr="007E161D">
        <w:rPr>
          <w:rFonts w:ascii="Calibri" w:hAnsi="Calibri"/>
        </w:rPr>
        <w:t>5. Dokumentacija koju je potrebno priložiti</w:t>
      </w:r>
    </w:p>
    <w:p w14:paraId="6328B2AA" w14:textId="58C2335C" w:rsidR="00BE05C0" w:rsidRPr="006608B7" w:rsidRDefault="00BE05C0" w:rsidP="00BE05C0">
      <w:pPr>
        <w:rPr>
          <w:color w:val="EE0000"/>
        </w:rPr>
      </w:pPr>
      <w:r w:rsidRPr="006608B7">
        <w:rPr>
          <w:color w:val="EE0000"/>
        </w:rPr>
        <w:t>Molimo označite sve dokumente koje prilažete obrascu zahtjeva</w:t>
      </w:r>
    </w:p>
    <w:p w14:paraId="72968589" w14:textId="7D2D7580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original ili ovjerena preslika završne svjedodžbe ...</w:t>
      </w:r>
    </w:p>
    <w:p w14:paraId="138DC38C" w14:textId="5D6CC8E1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ovjereni prijevod na hrvatski jezik ...</w:t>
      </w:r>
    </w:p>
    <w:p w14:paraId="40937F31" w14:textId="49313715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original ili ovjereni preslik dopunske isprave ...</w:t>
      </w:r>
    </w:p>
    <w:p w14:paraId="75835084" w14:textId="23C01985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ovjereni prijevod na hrvatski jezik dokumenta pod točkom 3.</w:t>
      </w:r>
    </w:p>
    <w:p w14:paraId="49B4D05D" w14:textId="5DC6552B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originali ili ovjerene preslike svjedodžbi srednje škole ...</w:t>
      </w:r>
    </w:p>
    <w:p w14:paraId="38AA55BB" w14:textId="478E5319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ovjereni prijevod na hrvatski jezik dokumenata pod točkom 5.</w:t>
      </w:r>
    </w:p>
    <w:p w14:paraId="79A7A785" w14:textId="16A528B6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preslik dokumenta o prethodno završenom obrazovanju ...</w:t>
      </w:r>
    </w:p>
    <w:p w14:paraId="2FD28930" w14:textId="756EDA6A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preslik isprave o identitetu ...</w:t>
      </w:r>
    </w:p>
    <w:p w14:paraId="3AE5B142" w14:textId="6DBA8C9F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preslik isprave o državljanstvu ...</w:t>
      </w:r>
    </w:p>
    <w:p w14:paraId="18CDFB02" w14:textId="3F2C3CEE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preslik rješenja nadležnog tijela ili vjenčanog lista ...</w:t>
      </w:r>
    </w:p>
    <w:p w14:paraId="312340E3" w14:textId="34859516" w:rsidR="00466C83" w:rsidRPr="007E161D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životopis na hrvatskom jeziku ...</w:t>
      </w:r>
    </w:p>
    <w:p w14:paraId="307D110B" w14:textId="5B71164D" w:rsidR="00466C83" w:rsidRDefault="00000000">
      <w:r w:rsidRPr="007E161D">
        <w:rPr>
          <w:rFonts w:ascii="Calibri" w:hAnsi="Calibri"/>
        </w:rPr>
        <w:t>☐</w:t>
      </w:r>
      <w:r w:rsidR="007E161D" w:rsidRPr="007E161D">
        <w:rPr>
          <w:rFonts w:ascii="Calibri" w:hAnsi="Calibri"/>
        </w:rPr>
        <w:t xml:space="preserve"> jedan primjerak neovjerenih preslika svih dokumenata ...</w:t>
      </w:r>
    </w:p>
    <w:sectPr w:rsidR="00466C83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0237359">
    <w:abstractNumId w:val="8"/>
  </w:num>
  <w:num w:numId="2" w16cid:durableId="871845401">
    <w:abstractNumId w:val="6"/>
  </w:num>
  <w:num w:numId="3" w16cid:durableId="922294869">
    <w:abstractNumId w:val="5"/>
  </w:num>
  <w:num w:numId="4" w16cid:durableId="280456046">
    <w:abstractNumId w:val="4"/>
  </w:num>
  <w:num w:numId="5" w16cid:durableId="496387011">
    <w:abstractNumId w:val="7"/>
  </w:num>
  <w:num w:numId="6" w16cid:durableId="964702462">
    <w:abstractNumId w:val="3"/>
  </w:num>
  <w:num w:numId="7" w16cid:durableId="537161993">
    <w:abstractNumId w:val="2"/>
  </w:num>
  <w:num w:numId="8" w16cid:durableId="100223086">
    <w:abstractNumId w:val="1"/>
  </w:num>
  <w:num w:numId="9" w16cid:durableId="88002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6C83"/>
    <w:rsid w:val="006608B7"/>
    <w:rsid w:val="007612C1"/>
    <w:rsid w:val="007E161D"/>
    <w:rsid w:val="008A773F"/>
    <w:rsid w:val="00AA1D8D"/>
    <w:rsid w:val="00B47730"/>
    <w:rsid w:val="00BE05C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68611"/>
  <w14:defaultImageDpi w14:val="300"/>
  <w15:docId w15:val="{FD713D49-1AE0-49F7-AA4D-72958393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Kristijan Vidović (kvidovic1)</cp:lastModifiedBy>
  <cp:revision>5</cp:revision>
  <dcterms:created xsi:type="dcterms:W3CDTF">2013-12-23T23:15:00Z</dcterms:created>
  <dcterms:modified xsi:type="dcterms:W3CDTF">2025-09-29T10:45:00Z</dcterms:modified>
  <cp:category/>
</cp:coreProperties>
</file>